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0" w:rightFromText="180" w:vertAnchor="page" w:horzAnchor="margin" w:tblpXSpec="center" w:tblpY="801"/>
        <w:tblW w:w="15170" w:type="dxa"/>
        <w:tblLayout w:type="fixed"/>
        <w:tblLook w:val="04A0" w:firstRow="1" w:lastRow="0" w:firstColumn="1" w:lastColumn="0" w:noHBand="0" w:noVBand="1"/>
      </w:tblPr>
      <w:tblGrid>
        <w:gridCol w:w="1529"/>
        <w:gridCol w:w="1949"/>
        <w:gridCol w:w="1949"/>
        <w:gridCol w:w="1949"/>
        <w:gridCol w:w="1949"/>
        <w:gridCol w:w="1949"/>
        <w:gridCol w:w="1949"/>
        <w:gridCol w:w="1947"/>
      </w:tblGrid>
      <w:tr w:rsidR="005D4E65" w14:paraId="7D36F4E6" w14:textId="77777777" w:rsidTr="00E94972">
        <w:trPr>
          <w:cantSplit/>
          <w:trHeight w:hRule="exact" w:val="339"/>
        </w:trPr>
        <w:tc>
          <w:tcPr>
            <w:tcW w:w="152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A7C7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20BCA17" w14:textId="77777777" w:rsidR="005D4E65" w:rsidRDefault="00000000" w:rsidP="00E94972">
            <w:pPr>
              <w:rPr>
                <w:rFonts w:hint="eastAsia"/>
              </w:rPr>
            </w:pPr>
            <w:r>
              <w:rPr>
                <w:color w:val="111111"/>
                <w:sz w:val="27"/>
              </w:rPr>
              <w:t>Date:</w:t>
            </w: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A7C7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954CB0B" w14:textId="77777777" w:rsidR="005D4E65" w:rsidRDefault="00000000" w:rsidP="00E94972">
            <w:pPr>
              <w:jc w:val="center"/>
              <w:rPr>
                <w:rFonts w:hint="eastAsia"/>
              </w:rPr>
            </w:pPr>
            <w:r>
              <w:rPr>
                <w:color w:val="111111"/>
                <w:sz w:val="27"/>
              </w:rPr>
              <w:t>Monday</w:t>
            </w: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A7C7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4FE340B" w14:textId="77777777" w:rsidR="005D4E65" w:rsidRDefault="00000000" w:rsidP="00E94972">
            <w:pPr>
              <w:jc w:val="center"/>
              <w:rPr>
                <w:rFonts w:hint="eastAsia"/>
              </w:rPr>
            </w:pPr>
            <w:r>
              <w:rPr>
                <w:color w:val="111111"/>
                <w:sz w:val="27"/>
              </w:rPr>
              <w:t>Tuesday</w:t>
            </w: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A7C7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71F7C0A" w14:textId="77777777" w:rsidR="005D4E65" w:rsidRDefault="00000000" w:rsidP="00E94972">
            <w:pPr>
              <w:jc w:val="center"/>
              <w:rPr>
                <w:rFonts w:hint="eastAsia"/>
              </w:rPr>
            </w:pPr>
            <w:r>
              <w:rPr>
                <w:color w:val="111111"/>
                <w:sz w:val="27"/>
              </w:rPr>
              <w:t>Wednesday</w:t>
            </w: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A7C7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DE650A4" w14:textId="77777777" w:rsidR="005D4E65" w:rsidRDefault="00000000" w:rsidP="00E94972">
            <w:pPr>
              <w:jc w:val="center"/>
              <w:rPr>
                <w:rFonts w:hint="eastAsia"/>
              </w:rPr>
            </w:pPr>
            <w:r>
              <w:rPr>
                <w:color w:val="111111"/>
                <w:sz w:val="27"/>
              </w:rPr>
              <w:t>Thursday</w:t>
            </w: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A7C7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7B08896" w14:textId="77777777" w:rsidR="005D4E65" w:rsidRDefault="00000000" w:rsidP="00E94972">
            <w:pPr>
              <w:jc w:val="center"/>
              <w:rPr>
                <w:rFonts w:hint="eastAsia"/>
              </w:rPr>
            </w:pPr>
            <w:r>
              <w:rPr>
                <w:color w:val="111111"/>
                <w:sz w:val="27"/>
              </w:rPr>
              <w:t>Friday</w:t>
            </w: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A7C7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A749045" w14:textId="77777777" w:rsidR="005D4E65" w:rsidRDefault="00000000" w:rsidP="00E94972">
            <w:pPr>
              <w:jc w:val="center"/>
              <w:rPr>
                <w:rFonts w:hint="eastAsia"/>
              </w:rPr>
            </w:pPr>
            <w:r>
              <w:rPr>
                <w:color w:val="111111"/>
                <w:sz w:val="27"/>
              </w:rPr>
              <w:t>Saturday</w:t>
            </w:r>
          </w:p>
        </w:tc>
        <w:tc>
          <w:tcPr>
            <w:tcW w:w="1947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A7C7E8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4CFA699" w14:textId="77777777" w:rsidR="005D4E65" w:rsidRDefault="00000000" w:rsidP="00E94972">
            <w:pPr>
              <w:jc w:val="center"/>
              <w:rPr>
                <w:rFonts w:hint="eastAsia"/>
              </w:rPr>
            </w:pPr>
            <w:r>
              <w:rPr>
                <w:color w:val="111111"/>
                <w:sz w:val="27"/>
              </w:rPr>
              <w:t>Sunday</w:t>
            </w:r>
          </w:p>
        </w:tc>
      </w:tr>
      <w:tr w:rsidR="005D4E65" w14:paraId="4B601B73" w14:textId="77777777" w:rsidTr="00E94972">
        <w:trPr>
          <w:cantSplit/>
          <w:trHeight w:hRule="exact" w:val="877"/>
        </w:trPr>
        <w:tc>
          <w:tcPr>
            <w:tcW w:w="152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9DBDE0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05E1A09" w14:textId="77777777" w:rsidR="005D4E65" w:rsidRDefault="00000000" w:rsidP="00E94972">
            <w:pPr>
              <w:jc w:val="center"/>
              <w:rPr>
                <w:rFonts w:hint="eastAsia"/>
              </w:rPr>
            </w:pPr>
            <w:r>
              <w:rPr>
                <w:color w:val="111111"/>
                <w:sz w:val="27"/>
              </w:rPr>
              <w:t>Period 0</w:t>
            </w: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519961F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1A10EB5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ABE21BA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B20ACAA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F8CFCA1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EC48487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7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41D194A" w14:textId="77777777" w:rsidR="005D4E65" w:rsidRDefault="005D4E65" w:rsidP="00E94972">
            <w:pPr>
              <w:rPr>
                <w:rFonts w:hint="eastAsia"/>
              </w:rPr>
            </w:pPr>
          </w:p>
        </w:tc>
      </w:tr>
      <w:tr w:rsidR="005D4E65" w14:paraId="5FB8713F" w14:textId="77777777" w:rsidTr="00E94972">
        <w:trPr>
          <w:cantSplit/>
          <w:trHeight w:hRule="exact" w:val="877"/>
        </w:trPr>
        <w:tc>
          <w:tcPr>
            <w:tcW w:w="152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9DBDE0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109F660" w14:textId="77777777" w:rsidR="005D4E65" w:rsidRDefault="00000000" w:rsidP="00E94972">
            <w:pPr>
              <w:jc w:val="center"/>
              <w:rPr>
                <w:rFonts w:hint="eastAsia"/>
              </w:rPr>
            </w:pPr>
            <w:r>
              <w:rPr>
                <w:color w:val="111111"/>
                <w:sz w:val="27"/>
              </w:rPr>
              <w:t>Period 1</w:t>
            </w: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63D946C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373BB03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9DA62BE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A0AE838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F7B73F9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E1D0A2D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7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B1C1758" w14:textId="77777777" w:rsidR="005D4E65" w:rsidRDefault="005D4E65" w:rsidP="00E94972">
            <w:pPr>
              <w:rPr>
                <w:rFonts w:hint="eastAsia"/>
              </w:rPr>
            </w:pPr>
          </w:p>
        </w:tc>
      </w:tr>
      <w:tr w:rsidR="005D4E65" w14:paraId="1CF7566F" w14:textId="77777777" w:rsidTr="00E94972">
        <w:trPr>
          <w:cantSplit/>
          <w:trHeight w:hRule="exact" w:val="877"/>
        </w:trPr>
        <w:tc>
          <w:tcPr>
            <w:tcW w:w="152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9DBDE0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1DD5567" w14:textId="77777777" w:rsidR="005D4E65" w:rsidRDefault="00000000" w:rsidP="00E94972">
            <w:pPr>
              <w:jc w:val="center"/>
              <w:rPr>
                <w:rFonts w:hint="eastAsia"/>
              </w:rPr>
            </w:pPr>
            <w:r>
              <w:rPr>
                <w:color w:val="111111"/>
                <w:sz w:val="27"/>
              </w:rPr>
              <w:t>Period 2</w:t>
            </w: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3223040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1A1ED4E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C198BF3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B1AAF1C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9BCAA19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5D674B2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7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F47B4FF" w14:textId="77777777" w:rsidR="005D4E65" w:rsidRDefault="005D4E65" w:rsidP="00E94972">
            <w:pPr>
              <w:rPr>
                <w:rFonts w:hint="eastAsia"/>
              </w:rPr>
            </w:pPr>
          </w:p>
        </w:tc>
      </w:tr>
      <w:tr w:rsidR="005D4E65" w14:paraId="1B90397B" w14:textId="77777777" w:rsidTr="00E94972">
        <w:trPr>
          <w:cantSplit/>
          <w:trHeight w:hRule="exact" w:val="877"/>
        </w:trPr>
        <w:tc>
          <w:tcPr>
            <w:tcW w:w="152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9DBDE0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7BB91DA" w14:textId="77777777" w:rsidR="005D4E65" w:rsidRDefault="00000000" w:rsidP="00E94972">
            <w:pPr>
              <w:jc w:val="center"/>
              <w:rPr>
                <w:rFonts w:hint="eastAsia"/>
              </w:rPr>
            </w:pPr>
            <w:r>
              <w:rPr>
                <w:color w:val="111111"/>
                <w:sz w:val="27"/>
              </w:rPr>
              <w:t>Period 3</w:t>
            </w: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1D73482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80630AC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0862155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4B99478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E818A38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AA08340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7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AD8004D" w14:textId="77777777" w:rsidR="005D4E65" w:rsidRDefault="005D4E65" w:rsidP="00E94972">
            <w:pPr>
              <w:rPr>
                <w:rFonts w:hint="eastAsia"/>
              </w:rPr>
            </w:pPr>
          </w:p>
        </w:tc>
      </w:tr>
      <w:tr w:rsidR="005D4E65" w14:paraId="340498D6" w14:textId="77777777" w:rsidTr="00E94972">
        <w:trPr>
          <w:cantSplit/>
          <w:trHeight w:hRule="exact" w:val="877"/>
        </w:trPr>
        <w:tc>
          <w:tcPr>
            <w:tcW w:w="152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9DBDE0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6F9DD4F" w14:textId="77777777" w:rsidR="005D4E65" w:rsidRDefault="00000000" w:rsidP="00E94972">
            <w:pPr>
              <w:jc w:val="center"/>
              <w:rPr>
                <w:rFonts w:hint="eastAsia"/>
              </w:rPr>
            </w:pPr>
            <w:r>
              <w:rPr>
                <w:color w:val="111111"/>
                <w:sz w:val="27"/>
              </w:rPr>
              <w:t>Period 4</w:t>
            </w: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AABC6F6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AFCAC19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A632806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903726E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449B05E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9FFC7C9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7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4A0485B" w14:textId="77777777" w:rsidR="005D4E65" w:rsidRDefault="005D4E65" w:rsidP="00E94972">
            <w:pPr>
              <w:rPr>
                <w:rFonts w:hint="eastAsia"/>
              </w:rPr>
            </w:pPr>
          </w:p>
        </w:tc>
      </w:tr>
      <w:tr w:rsidR="005D4E65" w14:paraId="44BE20A4" w14:textId="77777777" w:rsidTr="00E94972">
        <w:trPr>
          <w:cantSplit/>
          <w:trHeight w:hRule="exact" w:val="877"/>
        </w:trPr>
        <w:tc>
          <w:tcPr>
            <w:tcW w:w="152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9DBDE0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F68120D" w14:textId="77777777" w:rsidR="005D4E65" w:rsidRDefault="00000000" w:rsidP="00E94972">
            <w:pPr>
              <w:jc w:val="center"/>
              <w:rPr>
                <w:rFonts w:hint="eastAsia"/>
              </w:rPr>
            </w:pPr>
            <w:r>
              <w:rPr>
                <w:color w:val="111111"/>
                <w:sz w:val="27"/>
              </w:rPr>
              <w:t>Period 5</w:t>
            </w: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6893B10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9ABB373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B100610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0C571FF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1B329EB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15BCD87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7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9E86D83" w14:textId="77777777" w:rsidR="005D4E65" w:rsidRDefault="005D4E65" w:rsidP="00E94972">
            <w:pPr>
              <w:rPr>
                <w:rFonts w:hint="eastAsia"/>
              </w:rPr>
            </w:pPr>
          </w:p>
        </w:tc>
      </w:tr>
      <w:tr w:rsidR="005D4E65" w14:paraId="24AF482D" w14:textId="77777777" w:rsidTr="00E94972">
        <w:trPr>
          <w:cantSplit/>
          <w:trHeight w:hRule="exact" w:val="877"/>
        </w:trPr>
        <w:tc>
          <w:tcPr>
            <w:tcW w:w="152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9DBDE0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CF71C8D" w14:textId="77777777" w:rsidR="005D4E65" w:rsidRDefault="00000000" w:rsidP="00E94972">
            <w:pPr>
              <w:jc w:val="center"/>
              <w:rPr>
                <w:rFonts w:hint="eastAsia"/>
              </w:rPr>
            </w:pPr>
            <w:r>
              <w:rPr>
                <w:color w:val="111111"/>
                <w:sz w:val="27"/>
              </w:rPr>
              <w:t>3:30 – 4:30</w:t>
            </w: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F0F396B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61AA2CD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6E45FA7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2364098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658C029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5D0E6E6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7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A36D5A6" w14:textId="77777777" w:rsidR="005D4E65" w:rsidRDefault="005D4E65" w:rsidP="00E94972">
            <w:pPr>
              <w:rPr>
                <w:rFonts w:hint="eastAsia"/>
              </w:rPr>
            </w:pPr>
          </w:p>
        </w:tc>
      </w:tr>
      <w:tr w:rsidR="005D4E65" w14:paraId="02169778" w14:textId="77777777" w:rsidTr="00E94972">
        <w:trPr>
          <w:cantSplit/>
          <w:trHeight w:hRule="exact" w:val="877"/>
        </w:trPr>
        <w:tc>
          <w:tcPr>
            <w:tcW w:w="152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9DBDE0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370BE63" w14:textId="77777777" w:rsidR="005D4E65" w:rsidRDefault="00000000" w:rsidP="00E94972">
            <w:pPr>
              <w:jc w:val="center"/>
              <w:rPr>
                <w:rFonts w:hint="eastAsia"/>
              </w:rPr>
            </w:pPr>
            <w:r>
              <w:rPr>
                <w:color w:val="111111"/>
                <w:sz w:val="27"/>
              </w:rPr>
              <w:t>4:30 – 5:30</w:t>
            </w: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744C637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474F530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5EEF7AD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BA05508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0EADBB1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CFAC93B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7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C068B30" w14:textId="77777777" w:rsidR="005D4E65" w:rsidRDefault="005D4E65" w:rsidP="00E94972">
            <w:pPr>
              <w:rPr>
                <w:rFonts w:hint="eastAsia"/>
              </w:rPr>
            </w:pPr>
          </w:p>
        </w:tc>
      </w:tr>
      <w:tr w:rsidR="005D4E65" w14:paraId="13EC4758" w14:textId="77777777" w:rsidTr="00E94972">
        <w:trPr>
          <w:cantSplit/>
          <w:trHeight w:hRule="exact" w:val="877"/>
        </w:trPr>
        <w:tc>
          <w:tcPr>
            <w:tcW w:w="152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9DBDE0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7BD80B4" w14:textId="77777777" w:rsidR="005D4E65" w:rsidRDefault="00000000" w:rsidP="00E94972">
            <w:pPr>
              <w:jc w:val="center"/>
              <w:rPr>
                <w:rFonts w:hint="eastAsia"/>
              </w:rPr>
            </w:pPr>
            <w:r>
              <w:rPr>
                <w:color w:val="111111"/>
                <w:sz w:val="27"/>
              </w:rPr>
              <w:t>5:30 – 6:30</w:t>
            </w: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7BFF5660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DA1A1AE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CC44CFB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1C9F892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C51EC82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DEAE72F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7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7B3B325" w14:textId="77777777" w:rsidR="005D4E65" w:rsidRDefault="005D4E65" w:rsidP="00E94972">
            <w:pPr>
              <w:rPr>
                <w:rFonts w:hint="eastAsia"/>
              </w:rPr>
            </w:pPr>
          </w:p>
        </w:tc>
      </w:tr>
      <w:tr w:rsidR="005D4E65" w14:paraId="1FA92D75" w14:textId="77777777" w:rsidTr="00E94972">
        <w:trPr>
          <w:cantSplit/>
          <w:trHeight w:hRule="exact" w:val="877"/>
        </w:trPr>
        <w:tc>
          <w:tcPr>
            <w:tcW w:w="152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9DBDE0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A79B795" w14:textId="77777777" w:rsidR="005D4E65" w:rsidRDefault="00000000" w:rsidP="00E94972">
            <w:pPr>
              <w:jc w:val="center"/>
              <w:rPr>
                <w:rFonts w:hint="eastAsia"/>
              </w:rPr>
            </w:pPr>
            <w:r>
              <w:rPr>
                <w:color w:val="111111"/>
                <w:sz w:val="27"/>
              </w:rPr>
              <w:t>6:30 – 7:30</w:t>
            </w: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A84CD4F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33C5250B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2D2AEC91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2C23AC9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0560F21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08F443A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7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3391360" w14:textId="77777777" w:rsidR="005D4E65" w:rsidRDefault="005D4E65" w:rsidP="00E94972">
            <w:pPr>
              <w:rPr>
                <w:rFonts w:hint="eastAsia"/>
              </w:rPr>
            </w:pPr>
          </w:p>
        </w:tc>
      </w:tr>
      <w:tr w:rsidR="005D4E65" w14:paraId="57A442E9" w14:textId="77777777" w:rsidTr="00E94972">
        <w:trPr>
          <w:cantSplit/>
          <w:trHeight w:hRule="exact" w:val="877"/>
        </w:trPr>
        <w:tc>
          <w:tcPr>
            <w:tcW w:w="152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9DBDE0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841A457" w14:textId="77777777" w:rsidR="005D4E65" w:rsidRDefault="00000000" w:rsidP="00E94972">
            <w:pPr>
              <w:jc w:val="center"/>
              <w:rPr>
                <w:rFonts w:hint="eastAsia"/>
              </w:rPr>
            </w:pPr>
            <w:r>
              <w:rPr>
                <w:color w:val="111111"/>
                <w:sz w:val="27"/>
              </w:rPr>
              <w:t>7:30 – 8:30</w:t>
            </w: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94A7858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48F7A089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5ED67611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47C6342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12F8C933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9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6D4B646B" w14:textId="77777777" w:rsidR="005D4E65" w:rsidRDefault="005D4E65" w:rsidP="00E94972">
            <w:pPr>
              <w:rPr>
                <w:rFonts w:hint="eastAsia"/>
              </w:rPr>
            </w:pPr>
          </w:p>
        </w:tc>
        <w:tc>
          <w:tcPr>
            <w:tcW w:w="1947" w:type="dxa"/>
            <w:tcBorders>
              <w:top w:val="single" w:sz="8" w:space="0" w:color="4A4A4A"/>
              <w:left w:val="single" w:sz="8" w:space="0" w:color="4A4A4A"/>
              <w:bottom w:val="single" w:sz="8" w:space="0" w:color="4A4A4A"/>
              <w:right w:val="single" w:sz="8" w:space="0" w:color="4A4A4A"/>
            </w:tcBorders>
            <w:shd w:val="clear" w:color="auto" w:fill="FFFFFF"/>
            <w:tcMar>
              <w:top w:w="40" w:type="dxa"/>
              <w:left w:w="55" w:type="dxa"/>
              <w:bottom w:w="40" w:type="dxa"/>
              <w:right w:w="55" w:type="dxa"/>
            </w:tcMar>
          </w:tcPr>
          <w:p w14:paraId="0058543C" w14:textId="77777777" w:rsidR="005D4E65" w:rsidRDefault="005D4E65" w:rsidP="00E94972">
            <w:pPr>
              <w:rPr>
                <w:rFonts w:hint="eastAsia"/>
              </w:rPr>
            </w:pPr>
          </w:p>
        </w:tc>
      </w:tr>
    </w:tbl>
    <w:p w14:paraId="53A7B891" w14:textId="0C4F1B46" w:rsidR="002245D3" w:rsidRDefault="002245D3"/>
    <w:sectPr w:rsidR="002245D3" w:rsidSect="00034616">
      <w:pgSz w:w="16834" w:h="11909" w:orient="landscape"/>
      <w:pgMar w:top="158" w:right="158" w:bottom="158" w:left="158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jaVu Sans">
    <w:altName w:val="Verdana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82450077">
    <w:abstractNumId w:val="8"/>
  </w:num>
  <w:num w:numId="2" w16cid:durableId="63841565">
    <w:abstractNumId w:val="6"/>
  </w:num>
  <w:num w:numId="3" w16cid:durableId="1966307478">
    <w:abstractNumId w:val="5"/>
  </w:num>
  <w:num w:numId="4" w16cid:durableId="743920394">
    <w:abstractNumId w:val="4"/>
  </w:num>
  <w:num w:numId="5" w16cid:durableId="1019740734">
    <w:abstractNumId w:val="7"/>
  </w:num>
  <w:num w:numId="6" w16cid:durableId="2117407143">
    <w:abstractNumId w:val="3"/>
  </w:num>
  <w:num w:numId="7" w16cid:durableId="680164340">
    <w:abstractNumId w:val="2"/>
  </w:num>
  <w:num w:numId="8" w16cid:durableId="1550994022">
    <w:abstractNumId w:val="1"/>
  </w:num>
  <w:num w:numId="9" w16cid:durableId="192610697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245D3"/>
    <w:rsid w:val="0029639D"/>
    <w:rsid w:val="00326F90"/>
    <w:rsid w:val="00442397"/>
    <w:rsid w:val="005D4E65"/>
    <w:rsid w:val="00AA1D8D"/>
    <w:rsid w:val="00B47730"/>
    <w:rsid w:val="00CB0664"/>
    <w:rsid w:val="00E9497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B04431"/>
  <w14:defaultImageDpi w14:val="300"/>
  <w15:docId w15:val="{7A673BEE-13B1-5B46-A9B4-5669898E4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DejaVu Sans" w:hAnsi="DejaVu Sans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KChick</cp:lastModifiedBy>
  <cp:revision>2</cp:revision>
  <dcterms:created xsi:type="dcterms:W3CDTF">2026-08-31T11:47:00Z</dcterms:created>
  <dcterms:modified xsi:type="dcterms:W3CDTF">2026-08-31T11:47:00Z</dcterms:modified>
  <cp:category/>
</cp:coreProperties>
</file>